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C20F5" w14:textId="77777777" w:rsidR="00F446C0" w:rsidRDefault="00000000">
      <w:pPr>
        <w:pStyle w:val="Title"/>
        <w:spacing w:after="40"/>
        <w:jc w:val="center"/>
      </w:pPr>
      <w:r>
        <w:rPr>
          <w:b/>
          <w:sz w:val="36"/>
        </w:rPr>
        <w:t>IBRAHIM ALDULAIMI</w:t>
      </w:r>
    </w:p>
    <w:p w14:paraId="44C94AB1" w14:textId="1450CD2A" w:rsidR="00000000" w:rsidRPr="00FA7FE0" w:rsidRDefault="00000000">
      <w:pPr>
        <w:widowControl w:val="0"/>
        <w:spacing w:after="40"/>
        <w:jc w:val="center"/>
        <w:rPr>
          <w:sz w:val="18"/>
          <w:szCs w:val="18"/>
        </w:rPr>
      </w:pPr>
      <w:r w:rsidRPr="00FA7FE0">
        <w:rPr>
          <w:rFonts w:eastAsia="Calibri" w:cs="Calibri"/>
          <w:color w:val="444444"/>
          <w:sz w:val="18"/>
          <w:szCs w:val="18"/>
        </w:rPr>
        <w:t>Ames, IA  |  319-259-3944  |  ikdulaimi@</w:t>
      </w:r>
      <w:r w:rsidR="002145E7">
        <w:rPr>
          <w:rFonts w:eastAsia="Calibri" w:cs="Calibri"/>
          <w:color w:val="444444"/>
          <w:sz w:val="18"/>
          <w:szCs w:val="18"/>
        </w:rPr>
        <w:t>outlook.com</w:t>
      </w:r>
      <w:r w:rsidRPr="00FA7FE0">
        <w:rPr>
          <w:rFonts w:eastAsia="Calibri" w:cs="Calibri"/>
          <w:color w:val="444444"/>
          <w:sz w:val="18"/>
          <w:szCs w:val="18"/>
        </w:rPr>
        <w:t xml:space="preserve">  |  </w:t>
      </w:r>
      <w:hyperlink r:id="rId6" w:history="1">
        <w:r w:rsidRPr="00C352BC">
          <w:rPr>
            <w:sz w:val="18"/>
            <w:szCs w:val="18"/>
          </w:rPr>
          <w:t>LinkedIn</w:t>
        </w:r>
      </w:hyperlink>
      <w:r>
        <w:rPr>
          <w:rFonts w:eastAsia="Calibri" w:cs="Calibri"/>
          <w:color w:val="444444"/>
          <w:sz w:val="18"/>
          <w:szCs w:val="18"/>
        </w:rPr>
        <w:t xml:space="preserve">  |  </w:t>
      </w:r>
      <w:hyperlink r:id="rIdPortfolio" w:history="1">
        <w:r w:rsidRPr="00C352BC">
          <w:rPr>
            <w:sz w:val="18"/>
            <w:szCs w:val="18"/>
          </w:rPr>
          <w:t>Portfolio website</w:t>
        </w:r>
      </w:hyperlink>
    </w:p>
    <w:p w14:paraId="708F3F24" w14:textId="77777777" w:rsidR="006939C4" w:rsidRDefault="006939C4">
      <w:pPr>
        <w:spacing w:before="80" w:after="40"/>
        <w:rPr>
          <w:sz w:val="18"/>
        </w:rPr>
      </w:pPr>
    </w:p>
    <w:p w14:paraId="26E812C0" w14:textId="29FD2C0A" w:rsidR="00F446C0" w:rsidRDefault="00000000">
      <w:pPr>
        <w:spacing w:before="80" w:after="40"/>
      </w:pPr>
      <w:r>
        <w:rPr>
          <w:sz w:val="20"/>
        </w:rPr>
        <w:t xml:space="preserve">Software engineering and AI student at Iowa State with two software engineering internships at Principal. Build cloud applications, backend services, and ML workflows, with an emphasis on evaluating outputs and connecting components into working applications.</w:t>
      </w:r>
    </w:p>
    <w:p w14:paraId="302405ED" w14:textId="77777777" w:rsidR="00F446C0" w:rsidRDefault="00000000">
      <w:pPr>
        <w:keepNext/>
        <w:spacing w:before="120" w:after="60"/>
      </w:pPr>
      <w:r>
        <w:rPr>
          <w:b/>
        </w:rPr>
        <w:t>EDUCATION</w:t>
      </w:r>
    </w:p>
    <w:p w14:paraId="71041515" w14:textId="77777777" w:rsidR="00F446C0" w:rsidRDefault="00000000">
      <w:pPr>
        <w:keepNext/>
        <w:tabs>
          <w:tab w:val="right" w:pos="10742"/>
        </w:tabs>
        <w:spacing w:before="60"/>
      </w:pPr>
      <w:r>
        <w:rPr>
          <w:b/>
        </w:rPr>
        <w:t>Iowa State University</w:t>
      </w:r>
      <w:r>
        <w:tab/>
        <w:t>Ames, IA</w:t>
      </w:r>
    </w:p>
    <w:p w14:paraId="44A9CB7A" w14:textId="77777777" w:rsidR="00F446C0" w:rsidRDefault="00000000">
      <w:pPr>
        <w:tabs>
          <w:tab w:val="right" w:pos="10742"/>
        </w:tabs>
      </w:pPr>
      <w:r>
        <w:t>M.S. Artificial Intelligence</w:t>
      </w:r>
      <w:r>
        <w:tab/>
        <w:t>Expected Dec 2027</w:t>
      </w:r>
    </w:p>
    <w:p w14:paraId="40EFE31C" w14:textId="77777777" w:rsidR="00F446C0" w:rsidRDefault="00000000">
      <w:pPr>
        <w:tabs>
          <w:tab w:val="right" w:pos="10742"/>
        </w:tabs>
      </w:pPr>
      <w:r>
        <w:t>B.S. Software Engineering | GPA 3.72/4.00</w:t>
      </w:r>
      <w:r>
        <w:tab/>
        <w:t>Expected Dec 2026</w:t>
      </w:r>
    </w:p>
    <w:p w14:paraId="4DE87034" w14:textId="77777777" w:rsidR="00F446C0" w:rsidRDefault="00000000">
      <w:pPr>
        <w:keepNext/>
        <w:spacing w:before="120" w:after="60"/>
      </w:pPr>
      <w:r>
        <w:rPr>
          <w:b/>
        </w:rPr>
        <w:t>TECHNICAL SKILLS</w:t>
      </w:r>
    </w:p>
    <w:p w14:paraId="69255C38" w14:textId="77777777" w:rsidR="00F446C0" w:rsidRDefault="00000000">
      <w:r>
        <w:rPr>
          <w:b/>
        </w:rPr>
        <w:t xml:space="preserve">Languages  </w:t>
      </w:r>
      <w:r>
        <w:t>Python, Java, TypeScript, JavaScript, C/C++, Scala, SQL, Dart</w:t>
      </w:r>
    </w:p>
    <w:p w14:paraId="69255C38" w14:textId="77777777" w:rsidR="00F446C0" w:rsidRDefault="00000000">
      <w:r>
        <w:rPr>
          <w:b/>
        </w:rPr>
        <w:t xml:space="preserve">AI and ML  </w:t>
      </w:r>
      <w:r>
        <w:t>TensorFlow, Keras, KerasHub, PyTorch, scikit-learn, NLP, Transformers, fine-tuning</w:t>
      </w:r>
    </w:p>
    <w:p w14:paraId="69255C38" w14:textId="77777777" w:rsidR="00F446C0" w:rsidRDefault="00000000">
      <w:r>
        <w:rPr>
          <w:b/>
        </w:rPr>
        <w:t xml:space="preserve">Cloud and Data  </w:t>
      </w:r>
      <w:r>
        <w:t>AWS, AWS CDK, DynamoDB, GCP, Firebase, MySQL, Power BI</w:t>
      </w:r>
    </w:p>
    <w:p w14:paraId="69255C38" w14:textId="77777777" w:rsidR="00F446C0" w:rsidRDefault="00000000">
      <w:r>
        <w:rPr>
          <w:b/>
        </w:rPr>
        <w:t xml:space="preserve">Development  </w:t>
      </w:r>
      <w:r>
        <w:t>React, Flutter, Riverpod, Node.js, Spring Boot, Git, REST APIs, WebSockets</w:t>
      </w:r>
    </w:p>
    <w:p w14:paraId="1099D945" w14:textId="77777777" w:rsidR="00F446C0" w:rsidRDefault="00000000">
      <w:pPr>
        <w:keepNext/>
        <w:spacing w:before="120" w:after="60"/>
      </w:pPr>
      <w:r>
        <w:rPr>
          <w:b/>
        </w:rPr>
        <w:t>PROFESSIONAL EXPERIENCE</w:t>
      </w:r>
    </w:p>
    <w:p w14:paraId="7930DCD7" w14:textId="77777777" w:rsidR="00F446C0" w:rsidRDefault="00000000">
      <w:pPr>
        <w:keepNext/>
        <w:tabs>
          <w:tab w:val="right" w:pos="10742"/>
        </w:tabs>
        <w:spacing w:before="60"/>
      </w:pPr>
      <w:r>
        <w:rPr>
          <w:b/>
        </w:rPr>
        <w:t>Principal Financial Group | Software Engineering Intern</w:t>
      </w:r>
      <w:r>
        <w:tab/>
        <w:t>Summer 2026</w:t>
      </w:r>
    </w:p>
    <w:p w14:paraId="62952DD2" w14:textId="77777777" w:rsidR="00F446C0" w:rsidRDefault="00000000">
      <w:pPr>
        <w:keepLines/>
        <w:ind w:left="173" w:hanging="173"/>
      </w:pPr>
      <w:r>
        <w:t xml:space="preserve">• Developed cloud application features with TypeScript, AWS CDK, and AWS; built Infrastructure as Code components to support repeatable deployments.</w:t>
      </w:r>
    </w:p>
    <w:p w14:paraId="100BCC1A" w14:textId="77777777" w:rsidR="00F446C0" w:rsidRDefault="00000000">
      <w:pPr>
        <w:keepLines/>
        <w:ind w:left="173" w:hanging="173"/>
      </w:pPr>
      <w:r>
        <w:t xml:space="preserve">• Tested, debugged, and deployed features; resolved application and infrastructure issues in an Agile team.</w:t>
      </w:r>
    </w:p>
    <w:p w14:paraId="2FA1A9C2" w14:textId="77777777" w:rsidR="00F446C0" w:rsidRDefault="00000000">
      <w:pPr>
        <w:keepNext/>
        <w:tabs>
          <w:tab w:val="right" w:pos="10742"/>
        </w:tabs>
        <w:spacing w:before="60"/>
      </w:pPr>
      <w:r>
        <w:rPr>
          <w:b/>
        </w:rPr>
        <w:t>Principal Financial Group | Software Engineering Intern</w:t>
      </w:r>
      <w:r>
        <w:tab/>
        <w:t>Summer 2025</w:t>
      </w:r>
    </w:p>
    <w:p w14:paraId="67FA46AC" w14:textId="77777777" w:rsidR="00F446C0" w:rsidRDefault="00000000">
      <w:pPr>
        <w:keepLines/>
        <w:ind w:left="173" w:hanging="173"/>
      </w:pPr>
      <w:r>
        <w:t xml:space="preserve">• Developed Java backend services and React frontends for enterprise applications across AWS and databases; applied functional Scala to backend development.</w:t>
      </w:r>
    </w:p>
    <w:p w14:paraId="07763477" w14:textId="77777777" w:rsidR="00F446C0" w:rsidRDefault="00000000">
      <w:pPr>
        <w:keepLines/>
        <w:ind w:left="173" w:hanging="173"/>
      </w:pPr>
      <w:r>
        <w:t xml:space="preserve">• Built Power BI dashboards for operational reporting; ranked Top 3 in multiple internal coding competitions.</w:t>
      </w:r>
    </w:p>
    <w:p w14:paraId="6B069D63" w14:textId="77777777" w:rsidR="00F446C0" w:rsidRDefault="00000000">
      <w:pPr>
        <w:keepNext/>
        <w:tabs>
          <w:tab w:val="right" w:pos="10742"/>
        </w:tabs>
        <w:spacing w:before="60"/>
      </w:pPr>
      <w:r>
        <w:rPr>
          <w:b/>
        </w:rPr>
        <w:t>University of Iowa Health Care | Support Staff Specialist</w:t>
      </w:r>
      <w:r>
        <w:tab/>
        <w:t>Jul 2023 - Present</w:t>
      </w:r>
    </w:p>
    <w:p w14:paraId="77D0D26D" w14:textId="77777777" w:rsidR="00F446C0" w:rsidRDefault="00000000">
      <w:pPr>
        <w:keepLines/>
        <w:ind w:left="173" w:hanging="173"/>
      </w:pPr>
      <w:r>
        <w:t xml:space="preserve">• Support remote weekend operations for 200+ staff, resolving time-sensitive technical and administrative issues.</w:t>
      </w:r>
    </w:p>
    <w:p w14:paraId="21259C5B" w14:textId="77777777" w:rsidR="00F446C0" w:rsidRDefault="00000000">
      <w:pPr>
        <w:keepNext/>
        <w:spacing w:before="120" w:after="60"/>
      </w:pPr>
      <w:r>
        <w:rPr>
          <w:b/>
        </w:rPr>
        <w:t>SELECTED PROJECTS</w:t>
      </w:r>
    </w:p>
    <w:p w14:paraId="3AEC132B" w14:textId="77777777" w:rsidR="00F446C0" w:rsidRDefault="00000000">
      <w:pPr>
        <w:keepNext/>
        <w:spacing w:before="60"/>
      </w:pPr>
      <w:r>
        <w:rPr>
          <w:b/>
        </w:rPr>
        <w:t xml:space="preserve">Forge &amp; Voice | Local AI Audio Studio</w:t>
      </w:r>
    </w:p>
    <w:p w14:paraId="0DA836BC" w14:textId="77777777" w:rsidR="00F446C0" w:rsidRDefault="00000000">
      <w:pPr>
        <w:keepNext/>
      </w:pPr>
      <w:r>
        <w:rPr>
          <w:sz w:val="19"/>
        </w:rPr>
        <w:t xml:space="preserve">Personal project | Python, PyTorch, Fish Speech, FFmpeg, Model Context Protocol</w:t>
      </w:r>
    </w:p>
    <w:p w14:paraId="0948832C" w14:textId="77777777" w:rsidR="00F446C0" w:rsidRDefault="00000000">
      <w:pPr>
        <w:keepLines/>
        <w:ind w:left="173" w:hanging="173"/>
      </w:pPr>
      <w:r>
        <w:t xml:space="preserve">• Built a local studio that converts imported text into reviewable JSON, assigns character voices, and synthesizes multi-speaker recordings with Fish Speech.</w:t>
      </w:r>
    </w:p>
    <w:p w14:paraId="0948832C" w14:textId="77777777" w:rsidR="00F446C0" w:rsidRDefault="00000000">
      <w:pPr>
        <w:keepLines/>
        <w:ind w:left="173" w:hanging="173"/>
      </w:pPr>
      <w:r>
        <w:t xml:space="preserve">• Added reusable voice samples, loudness balancing, recoverable audio exports, and MCP tools for script preparation and production.</w:t>
      </w:r>
    </w:p>
    <w:p w14:paraId="3AEC132B" w14:textId="77777777" w:rsidR="00F446C0" w:rsidRDefault="00000000">
      <w:pPr>
        <w:keepNext/>
        <w:spacing w:before="60"/>
      </w:pPr>
      <w:r>
        <w:rPr>
          <w:b/>
        </w:rPr>
        <w:t xml:space="preserve">WiseShield | Scheduled Check-ins and Reminders</w:t>
      </w:r>
    </w:p>
    <w:p w14:paraId="0DA836BC" w14:textId="77777777" w:rsidR="00F446C0" w:rsidRDefault="00000000">
      <w:pPr>
        <w:keepNext/>
      </w:pPr>
      <w:r>
        <w:rPr>
          <w:sz w:val="19"/>
        </w:rPr>
        <w:t xml:space="preserve">Personal project | Java, Spring Boot, H2, REST APIs, Geolocation</w:t>
      </w:r>
    </w:p>
    <w:p w14:paraId="0948832C" w14:textId="77777777" w:rsidR="00F446C0" w:rsidRDefault="00000000">
      <w:pPr>
        <w:keepLines/>
        <w:ind w:left="173" w:hanging="173"/>
      </w:pPr>
      <w:r>
        <w:t xml:space="preserve">• Built recurring check-ins and missed-response escalation with persistent schedules, account-scoped inboxes, and consent-based location sharing.</w:t>
      </w:r>
    </w:p>
    <w:p w14:paraId="3AEC132B" w14:textId="77777777" w:rsidR="00F446C0" w:rsidRDefault="00000000">
      <w:pPr>
        <w:keepNext/>
        <w:spacing w:before="60"/>
      </w:pPr>
      <w:r>
        <w:rPr>
          <w:b/>
        </w:rPr>
        <w:t xml:space="preserve">Socialdeck | Social Gaming Application</w:t>
      </w:r>
    </w:p>
    <w:p w14:paraId="0DA836BC" w14:textId="77777777" w:rsidR="00F446C0" w:rsidRDefault="00000000">
      <w:pPr>
        <w:keepNext/>
      </w:pPr>
      <w:r>
        <w:rPr>
          <w:sz w:val="19"/>
        </w:rPr>
        <w:t xml:space="preserve">Senior design team project | Flutter, Dart, Riverpod, Firebase</w:t>
      </w:r>
    </w:p>
    <w:p w14:paraId="0948832C" w14:textId="77777777" w:rsidR="00F446C0" w:rsidRDefault="00000000">
      <w:pPr>
        <w:keepLines/>
        <w:ind w:left="173" w:hanging="173"/>
      </w:pPr>
      <w:r>
        <w:t xml:space="preserve">• Contribute to backend integration, code reviews, and documentation; helped implement authentication, onboarding, profiles, and Firebase-backed user data.</w:t>
      </w:r>
    </w:p>
    <w:p w14:paraId="3AEC132B" w14:textId="77777777" w:rsidR="00F446C0" w:rsidRDefault="00000000">
      <w:pPr>
        <w:keepNext/>
        <w:spacing w:before="60"/>
      </w:pPr>
      <w:r>
        <w:rPr>
          <w:b/>
        </w:rPr>
        <w:t xml:space="preserve">Machine Learning | Training and Evaluation</w:t>
      </w:r>
    </w:p>
    <w:p w14:paraId="0DA836BC" w14:textId="77777777" w:rsidR="00F446C0" w:rsidRDefault="00000000">
      <w:pPr>
        <w:keepNext/>
      </w:pPr>
      <w:r>
        <w:rPr>
          <w:sz w:val="19"/>
        </w:rPr>
        <w:t xml:space="preserve">Academic projects and portfolio extensions | Python, TensorFlow, Keras, scikit-learn</w:t>
      </w:r>
    </w:p>
    <w:p w14:paraId="0948832C" w14:textId="77777777" w:rsidR="00F446C0" w:rsidRDefault="00000000">
      <w:pPr>
        <w:keepLines/>
        <w:ind w:left="173" w:hanging="173"/>
      </w:pPr>
      <w:r>
        <w:t xml:space="preserve">• Trained IMDB sentiment models (FNet: 83.23% test accuracy) and a Flickr8k captioning model with EfficientNetB0 and a Transformer; restored models for interactive demos.</w:t>
      </w:r>
    </w:p>
    <w:p w14:paraId="0948832C" w14:textId="77777777" w:rsidR="00F446C0" w:rsidRDefault="00000000">
      <w:pPr>
        <w:keepLines/>
        <w:ind w:left="173" w:hanging="173"/>
      </w:pPr>
      <w:r>
        <w:t xml:space="preserve">• Extended housing regression coursework with model comparisons and held-out evaluation: R² 0.835 on 4,128 districts using historical California data.</w:t>
      </w:r>
    </w:p>
    <w:p w14:paraId="0948832C" w14:textId="77777777" w:rsidR="00F446C0" w:rsidRDefault="00000000">
      <w:pPr>
        <w:keepLines/>
        <w:ind w:left="173" w:hanging="173"/>
      </w:pPr>
      <w:r>
        <w:t xml:space="preserve">• Completed team coursework in BART/GPT-2 fine-tuning and training a 3.26M-parameter GPT-style model; documented validation metrics and generated outputs.</w:t>
      </w:r>
    </w:p>
    <w:sectPr w:rsidR="00F446C0" w:rsidSect="00034616">
      <w:pgSz w:w="12240" w:h="15840"/>
      <w:pgMar w:top="619" w:right="749" w:bottom="619" w:left="74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5158985">
    <w:abstractNumId w:val="8"/>
  </w:num>
  <w:num w:numId="2" w16cid:durableId="457721164">
    <w:abstractNumId w:val="6"/>
  </w:num>
  <w:num w:numId="3" w16cid:durableId="177504213">
    <w:abstractNumId w:val="5"/>
  </w:num>
  <w:num w:numId="4" w16cid:durableId="468868148">
    <w:abstractNumId w:val="4"/>
  </w:num>
  <w:num w:numId="5" w16cid:durableId="51579984">
    <w:abstractNumId w:val="7"/>
  </w:num>
  <w:num w:numId="6" w16cid:durableId="662928315">
    <w:abstractNumId w:val="3"/>
  </w:num>
  <w:num w:numId="7" w16cid:durableId="1785343594">
    <w:abstractNumId w:val="2"/>
  </w:num>
  <w:num w:numId="8" w16cid:durableId="30762453">
    <w:abstractNumId w:val="1"/>
  </w:num>
  <w:num w:numId="9" w16cid:durableId="1940482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45E7"/>
    <w:rsid w:val="0029639D"/>
    <w:rsid w:val="00326F90"/>
    <w:rsid w:val="003E1F93"/>
    <w:rsid w:val="006939C4"/>
    <w:rsid w:val="00AA1D8D"/>
    <w:rsid w:val="00B47730"/>
    <w:rsid w:val="00CB0664"/>
    <w:rsid w:val="00F446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E7728E"/>
  <w14:defaultImageDpi w14:val="300"/>
  <w15:docId w15:val="{63E5A5BD-C0E0-4387-9907-8F7AFF1A9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20" w:line="250" w:lineRule="exact"/>
    </w:pPr>
    <w:rPr>
      <w:rFonts w:ascii="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linkedin.com/in/ibrahim-aldulaimi-b6759932b" TargetMode="External"/><Relationship Id="rId5" Type="http://schemas.openxmlformats.org/officeDocument/2006/relationships/webSettings" Target="webSettings.xml"/><Relationship Id="rId4" Type="http://schemas.openxmlformats.org/officeDocument/2006/relationships/settings" Target="settings.xml"/><Relationship Id="rIdPortfolio" Type="http://schemas.openxmlformats.org/officeDocument/2006/relationships/hyperlink" Target="https://ikdulaim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Ibrahim Aldulaimi Resume</dc:title>
  <dc:subject>Summer 2027 Intern - Machine Learning Engineering | R12194</dc:subject>
  <dc:creator>Ibrahim Aldulaimi</dc:creator>
  <cp:keywords/>
  <dc:description>generated by python-docx</dc:description>
  <cp:lastModifiedBy>Ibrahim Aldulaimi</cp:lastModifiedBy>
  <cp:revision>3</cp:revision>
  <cp:lastPrinted>2026-09-27T13:40:00Z</cp:lastPrinted>
  <dcterms:created xsi:type="dcterms:W3CDTF">2013-12-23T23:15:00Z</dcterms:created>
  <dcterms:modified xsi:type="dcterms:W3CDTF">2026-09-30T01:12:24Z</dcterms:modified>
  <cp:category/>
</cp:coreProperties>
</file>